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CE8BB" w14:textId="77777777" w:rsidR="00F57BFA" w:rsidRDefault="00000000">
      <w:pPr>
        <w:spacing w:after="40"/>
        <w:jc w:val="center"/>
      </w:pPr>
      <w:r>
        <w:rPr>
          <w:b/>
        </w:rPr>
        <w:t>TRƯỜNG THPT NGUYỄN KHUYẾN</w:t>
      </w:r>
    </w:p>
    <w:p w14:paraId="0F9905D5" w14:textId="77777777" w:rsidR="00F57BFA" w:rsidRDefault="00000000">
      <w:pPr>
        <w:spacing w:after="280"/>
        <w:jc w:val="center"/>
      </w:pPr>
      <w:r>
        <w:rPr>
          <w:i/>
          <w:sz w:val="24"/>
        </w:rPr>
        <w:t>Giáo dục địa phương 10 · Chủ đề 1: Biến đổi khí hậu và phòng, chống thiên tai ở TP.HCM</w:t>
      </w:r>
    </w:p>
    <w:p w14:paraId="7C81832F" w14:textId="77777777" w:rsidR="00F57BFA" w:rsidRDefault="00000000">
      <w:pPr>
        <w:spacing w:after="40"/>
        <w:jc w:val="center"/>
      </w:pPr>
      <w:r>
        <w:rPr>
          <w:b/>
          <w:sz w:val="36"/>
        </w:rPr>
        <w:t>PHIẾU HỌC TẬP</w:t>
      </w:r>
    </w:p>
    <w:p w14:paraId="0F9294DE" w14:textId="77777777" w:rsidR="00F57BFA" w:rsidRDefault="00000000">
      <w:pPr>
        <w:spacing w:after="280"/>
        <w:jc w:val="center"/>
      </w:pPr>
      <w:r>
        <w:rPr>
          <w:b/>
          <w:i/>
          <w:sz w:val="28"/>
        </w:rPr>
        <w:t>Nội dung 1: Đặc điểm khí hậu ở Thành phố Hồ Chí Minh</w:t>
      </w:r>
    </w:p>
    <w:p w14:paraId="0565C69E" w14:textId="77777777" w:rsidR="00F57BFA" w:rsidRDefault="00000000">
      <w:pPr>
        <w:spacing w:after="280" w:line="288" w:lineRule="auto"/>
      </w:pPr>
      <w:r>
        <w:t xml:space="preserve">Họ và tên: </w:t>
      </w:r>
      <w:r>
        <w:rPr>
          <w:u w:val="single"/>
        </w:rPr>
        <w:t xml:space="preserve">        </w:t>
      </w:r>
      <w:r>
        <w:t xml:space="preserve">       Lớp: </w:t>
      </w:r>
      <w:r>
        <w:rPr>
          <w:u w:val="single"/>
        </w:rPr>
        <w:t xml:space="preserve">        </w:t>
      </w:r>
      <w:r>
        <w:t xml:space="preserve">       Nhóm: </w:t>
      </w:r>
      <w:r>
        <w:rPr>
          <w:u w:val="single"/>
        </w:rPr>
        <w:t xml:space="preserve">        </w:t>
      </w:r>
    </w:p>
    <w:p w14:paraId="2C815731" w14:textId="77777777" w:rsidR="00F57BFA" w:rsidRDefault="00000000">
      <w:pPr>
        <w:spacing w:before="200" w:after="120"/>
      </w:pPr>
      <w:r>
        <w:rPr>
          <w:b/>
          <w:color w:val="143A40"/>
          <w:sz w:val="28"/>
        </w:rPr>
        <w:t>I. Điền vào chỗ trống</w:t>
      </w:r>
    </w:p>
    <w:p w14:paraId="78FACAB0" w14:textId="77777777" w:rsidR="00F57BFA" w:rsidRDefault="00000000">
      <w:pPr>
        <w:spacing w:after="160"/>
      </w:pPr>
      <w:r>
        <w:rPr>
          <w:i/>
          <w:sz w:val="24"/>
        </w:rPr>
        <w:t>Dựa vào nội dung đã học, em hãy hoàn thành các câu sau:</w:t>
      </w:r>
    </w:p>
    <w:p w14:paraId="483EC49D" w14:textId="77777777" w:rsidR="00F57BFA" w:rsidRDefault="00000000">
      <w:pPr>
        <w:spacing w:after="160" w:line="288" w:lineRule="auto"/>
      </w:pPr>
      <w:r>
        <w:t xml:space="preserve">1. TP. Hồ Chí Minh nằm ở vĩ độ </w:t>
      </w:r>
      <w:r>
        <w:rPr>
          <w:u w:val="single"/>
        </w:rPr>
        <w:t xml:space="preserve">        </w:t>
      </w:r>
      <w:r>
        <w:t xml:space="preserve">, gần xích đạo nên mang khí hậu </w:t>
      </w:r>
      <w:r>
        <w:rPr>
          <w:u w:val="single"/>
        </w:rPr>
        <w:t xml:space="preserve">        </w:t>
      </w:r>
      <w:r>
        <w:t>.</w:t>
      </w:r>
    </w:p>
    <w:p w14:paraId="2B098C7C" w14:textId="77777777" w:rsidR="00F57BFA" w:rsidRDefault="00000000">
      <w:pPr>
        <w:spacing w:after="160" w:line="288" w:lineRule="auto"/>
      </w:pPr>
      <w:r>
        <w:t xml:space="preserve">2. Nhiệt độ trung bình năm khoảng </w:t>
      </w:r>
      <w:r>
        <w:rPr>
          <w:u w:val="single"/>
        </w:rPr>
        <w:t xml:space="preserve">        </w:t>
      </w:r>
      <w:r>
        <w:t xml:space="preserve">. Tháng nóng nhất là tháng </w:t>
      </w:r>
      <w:r>
        <w:rPr>
          <w:u w:val="single"/>
        </w:rPr>
        <w:t xml:space="preserve">        </w:t>
      </w:r>
      <w:r>
        <w:t xml:space="preserve">, tháng mát nhất là khoảng tháng </w:t>
      </w:r>
      <w:r>
        <w:rPr>
          <w:u w:val="single"/>
        </w:rPr>
        <w:t xml:space="preserve">        </w:t>
      </w:r>
      <w:r>
        <w:t>.</w:t>
      </w:r>
    </w:p>
    <w:p w14:paraId="285F3588" w14:textId="77777777" w:rsidR="00F57BFA" w:rsidRPr="00836E69" w:rsidRDefault="00000000">
      <w:pPr>
        <w:spacing w:after="160" w:line="288" w:lineRule="auto"/>
        <w:rPr>
          <w:sz w:val="24"/>
          <w:szCs w:val="20"/>
        </w:rPr>
      </w:pPr>
      <w:r w:rsidRPr="00836E69">
        <w:rPr>
          <w:sz w:val="24"/>
          <w:szCs w:val="20"/>
        </w:rPr>
        <w:t xml:space="preserve">3. Trong năm có hai mùa rõ rệt: mùa </w:t>
      </w:r>
      <w:r w:rsidRPr="00836E69">
        <w:rPr>
          <w:sz w:val="24"/>
          <w:szCs w:val="20"/>
          <w:u w:val="single"/>
        </w:rPr>
        <w:t xml:space="preserve">        </w:t>
      </w:r>
      <w:r w:rsidRPr="00836E69">
        <w:rPr>
          <w:sz w:val="24"/>
          <w:szCs w:val="20"/>
        </w:rPr>
        <w:t xml:space="preserve"> (tháng </w:t>
      </w:r>
      <w:r w:rsidRPr="00836E69">
        <w:rPr>
          <w:sz w:val="24"/>
          <w:szCs w:val="20"/>
          <w:u w:val="single"/>
        </w:rPr>
        <w:t xml:space="preserve">        </w:t>
      </w:r>
      <w:r w:rsidRPr="00836E69">
        <w:rPr>
          <w:sz w:val="24"/>
          <w:szCs w:val="20"/>
        </w:rPr>
        <w:t xml:space="preserve"> – </w:t>
      </w:r>
      <w:r w:rsidRPr="00836E69">
        <w:rPr>
          <w:sz w:val="24"/>
          <w:szCs w:val="20"/>
          <w:u w:val="single"/>
        </w:rPr>
        <w:t xml:space="preserve">        </w:t>
      </w:r>
      <w:r w:rsidRPr="00836E69">
        <w:rPr>
          <w:sz w:val="24"/>
          <w:szCs w:val="20"/>
        </w:rPr>
        <w:t xml:space="preserve">) và mùa </w:t>
      </w:r>
      <w:r w:rsidRPr="00836E69">
        <w:rPr>
          <w:sz w:val="24"/>
          <w:szCs w:val="20"/>
          <w:u w:val="single"/>
        </w:rPr>
        <w:t xml:space="preserve">        </w:t>
      </w:r>
      <w:r w:rsidRPr="00836E69">
        <w:rPr>
          <w:sz w:val="24"/>
          <w:szCs w:val="20"/>
        </w:rPr>
        <w:t xml:space="preserve"> (tháng </w:t>
      </w:r>
      <w:r w:rsidRPr="00836E69">
        <w:rPr>
          <w:sz w:val="24"/>
          <w:szCs w:val="20"/>
          <w:u w:val="single"/>
        </w:rPr>
        <w:t xml:space="preserve">        </w:t>
      </w:r>
      <w:r w:rsidRPr="00836E69">
        <w:rPr>
          <w:sz w:val="24"/>
          <w:szCs w:val="20"/>
        </w:rPr>
        <w:t xml:space="preserve"> – </w:t>
      </w:r>
      <w:r w:rsidRPr="00836E69">
        <w:rPr>
          <w:sz w:val="24"/>
          <w:szCs w:val="20"/>
          <w:u w:val="single"/>
        </w:rPr>
        <w:t xml:space="preserve">        </w:t>
      </w:r>
      <w:r w:rsidRPr="00836E69">
        <w:rPr>
          <w:sz w:val="24"/>
          <w:szCs w:val="20"/>
        </w:rPr>
        <w:t>).</w:t>
      </w:r>
    </w:p>
    <w:p w14:paraId="67957CFE" w14:textId="77777777" w:rsidR="00F57BFA" w:rsidRDefault="00000000">
      <w:pPr>
        <w:spacing w:after="160" w:line="288" w:lineRule="auto"/>
      </w:pPr>
      <w:r>
        <w:t xml:space="preserve">4. Lượng mưa trung bình năm khoảng </w:t>
      </w:r>
      <w:r>
        <w:rPr>
          <w:u w:val="single"/>
        </w:rPr>
        <w:t xml:space="preserve">        </w:t>
      </w:r>
      <w:r>
        <w:t xml:space="preserve">, trong đó mùa mưa chiếm khoảng </w:t>
      </w:r>
      <w:r>
        <w:rPr>
          <w:u w:val="single"/>
        </w:rPr>
        <w:t xml:space="preserve">        </w:t>
      </w:r>
      <w:r>
        <w:t xml:space="preserve">% tổng lượng mưa cả năm. Độ ẩm không khí trung bình khoảng </w:t>
      </w:r>
      <w:r>
        <w:rPr>
          <w:u w:val="single"/>
        </w:rPr>
        <w:t xml:space="preserve">        </w:t>
      </w:r>
      <w:r>
        <w:t>%.</w:t>
      </w:r>
    </w:p>
    <w:p w14:paraId="6CE90D43" w14:textId="77777777" w:rsidR="00F57BFA" w:rsidRDefault="00000000">
      <w:pPr>
        <w:spacing w:after="160" w:line="288" w:lineRule="auto"/>
      </w:pPr>
      <w:r>
        <w:t xml:space="preserve">5. Vào mùa mưa, khu vực chịu ảnh hưởng chính của gió mùa </w:t>
      </w:r>
      <w:r>
        <w:rPr>
          <w:u w:val="single"/>
        </w:rPr>
        <w:t xml:space="preserve">        </w:t>
      </w:r>
      <w:r>
        <w:t xml:space="preserve">; vào mùa khô chịu ảnh hưởng của gió mùa </w:t>
      </w:r>
      <w:r>
        <w:rPr>
          <w:u w:val="single"/>
        </w:rPr>
        <w:t xml:space="preserve">        </w:t>
      </w:r>
      <w:r>
        <w:t xml:space="preserve"> và </w:t>
      </w:r>
      <w:r>
        <w:rPr>
          <w:u w:val="single"/>
        </w:rPr>
        <w:t xml:space="preserve">        </w:t>
      </w:r>
      <w:r>
        <w:t>.</w:t>
      </w:r>
    </w:p>
    <w:p w14:paraId="43AEC03F" w14:textId="77777777" w:rsidR="00F57BFA" w:rsidRDefault="00000000">
      <w:pPr>
        <w:spacing w:before="200" w:after="120"/>
      </w:pPr>
      <w:r>
        <w:rPr>
          <w:b/>
          <w:color w:val="143A40"/>
          <w:sz w:val="28"/>
        </w:rPr>
        <w:t>II. Đọc và phân tích biểu đồ khí hậu</w:t>
      </w:r>
    </w:p>
    <w:p w14:paraId="221202EF" w14:textId="77777777" w:rsidR="00F57BFA" w:rsidRDefault="00000000">
      <w:pPr>
        <w:spacing w:after="160"/>
      </w:pPr>
      <w:r>
        <w:rPr>
          <w:i/>
          <w:sz w:val="24"/>
        </w:rPr>
        <w:t>(Quan sát biểu đồ khí hậu — climograph — trong poster hoặc do GV trình chiếu để trả lời)</w:t>
      </w:r>
    </w:p>
    <w:p w14:paraId="280760B2" w14:textId="77777777" w:rsidR="00F57BFA" w:rsidRDefault="00000000">
      <w:pPr>
        <w:spacing w:after="80"/>
      </w:pPr>
      <w:r>
        <w:t>1. Tháng nào có lượng mưa cao nhất? Vì sao tháng đó lại mưa nhiều?</w:t>
      </w:r>
    </w:p>
    <w:p w14:paraId="3E154649" w14:textId="053DEAD8" w:rsidR="00F57BFA" w:rsidRDefault="00000000">
      <w:r>
        <w:rPr>
          <w:color w:val="8C8C8C"/>
        </w:rPr>
        <w:t>...............................................................................................</w:t>
      </w:r>
      <w:r w:rsidR="00714940">
        <w:rPr>
          <w:color w:val="8C8C8C"/>
        </w:rPr>
        <w:t>...................................................</w:t>
      </w:r>
    </w:p>
    <w:p w14:paraId="51362C25" w14:textId="72295297" w:rsidR="00F57BFA" w:rsidRDefault="00000000">
      <w:r>
        <w:rPr>
          <w:color w:val="8C8C8C"/>
        </w:rPr>
        <w:t>...............................................................................................</w:t>
      </w:r>
      <w:r w:rsidR="00714940">
        <w:rPr>
          <w:color w:val="8C8C8C"/>
        </w:rPr>
        <w:t>....................................................</w:t>
      </w:r>
    </w:p>
    <w:p w14:paraId="2648682D" w14:textId="77777777" w:rsidR="00F57BFA" w:rsidRDefault="00000000">
      <w:pPr>
        <w:spacing w:after="80"/>
      </w:pPr>
      <w:r>
        <w:t>2. Tháng nào có nhiệt độ cao nhất? Đây là thời điểm thuộc mùa nào? Vì sao tháng này nóng nhưng lại ít mưa?</w:t>
      </w:r>
    </w:p>
    <w:p w14:paraId="42D14CEE" w14:textId="190A1A84" w:rsidR="00F57BFA" w:rsidRDefault="00000000">
      <w:r>
        <w:rPr>
          <w:color w:val="8C8C8C"/>
        </w:rPr>
        <w:t>...............................................................................................</w:t>
      </w:r>
      <w:r w:rsidR="00714940">
        <w:rPr>
          <w:color w:val="8C8C8C"/>
        </w:rPr>
        <w:t>...................................................</w:t>
      </w:r>
    </w:p>
    <w:p w14:paraId="72812458" w14:textId="11389B75" w:rsidR="00F57BFA" w:rsidRDefault="00000000">
      <w:r>
        <w:rPr>
          <w:color w:val="8C8C8C"/>
        </w:rPr>
        <w:t>...............................................................................................</w:t>
      </w:r>
      <w:r w:rsidR="00714940">
        <w:rPr>
          <w:color w:val="8C8C8C"/>
        </w:rPr>
        <w:t>....................................................</w:t>
      </w:r>
    </w:p>
    <w:p w14:paraId="5F5C34A9" w14:textId="77777777" w:rsidR="00F57BFA" w:rsidRDefault="00000000">
      <w:pPr>
        <w:spacing w:after="120"/>
      </w:pPr>
      <w:r>
        <w:t>3. So sánh đặc điểm thời tiết giữa tháng 6 (giữa mùa mưa) và tháng 2 (giữa mùa khô):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48"/>
        <w:gridCol w:w="2494"/>
        <w:gridCol w:w="2494"/>
      </w:tblGrid>
      <w:tr w:rsidR="00F57BFA" w14:paraId="798D44FA" w14:textId="77777777">
        <w:trPr>
          <w:jc w:val="center"/>
        </w:trPr>
        <w:tc>
          <w:tcPr>
            <w:tcW w:w="2948" w:type="dxa"/>
          </w:tcPr>
          <w:p w14:paraId="6F5D186D" w14:textId="77777777" w:rsidR="00F57BFA" w:rsidRDefault="00000000">
            <w:pPr>
              <w:jc w:val="center"/>
            </w:pPr>
            <w:r>
              <w:rPr>
                <w:b/>
                <w:sz w:val="24"/>
              </w:rPr>
              <w:t>Tiêu chí</w:t>
            </w:r>
          </w:p>
        </w:tc>
        <w:tc>
          <w:tcPr>
            <w:tcW w:w="2494" w:type="dxa"/>
          </w:tcPr>
          <w:p w14:paraId="617EF00D" w14:textId="77777777" w:rsidR="00F57BFA" w:rsidRDefault="00000000">
            <w:pPr>
              <w:jc w:val="center"/>
            </w:pPr>
            <w:r>
              <w:rPr>
                <w:b/>
                <w:sz w:val="24"/>
              </w:rPr>
              <w:t>Tháng 6 (mùa mưa)</w:t>
            </w:r>
          </w:p>
        </w:tc>
        <w:tc>
          <w:tcPr>
            <w:tcW w:w="2494" w:type="dxa"/>
          </w:tcPr>
          <w:p w14:paraId="5DCC16A3" w14:textId="77777777" w:rsidR="00F57BFA" w:rsidRDefault="00000000">
            <w:pPr>
              <w:jc w:val="center"/>
            </w:pPr>
            <w:r>
              <w:rPr>
                <w:b/>
                <w:sz w:val="24"/>
              </w:rPr>
              <w:t>Tháng 2 (mùa khô)</w:t>
            </w:r>
          </w:p>
        </w:tc>
      </w:tr>
      <w:tr w:rsidR="00F57BFA" w14:paraId="13D7E3A7" w14:textId="77777777">
        <w:trPr>
          <w:jc w:val="center"/>
        </w:trPr>
        <w:tc>
          <w:tcPr>
            <w:tcW w:w="2948" w:type="dxa"/>
          </w:tcPr>
          <w:p w14:paraId="3B9C1BE3" w14:textId="77777777" w:rsidR="00F57BFA" w:rsidRDefault="00000000">
            <w:r>
              <w:rPr>
                <w:b/>
                <w:sz w:val="24"/>
              </w:rPr>
              <w:t>Nhiệt độ trung bình</w:t>
            </w:r>
          </w:p>
        </w:tc>
        <w:tc>
          <w:tcPr>
            <w:tcW w:w="2494" w:type="dxa"/>
          </w:tcPr>
          <w:p w14:paraId="6EE6B10C" w14:textId="77777777" w:rsidR="00F57BFA" w:rsidRDefault="00000000">
            <w:r>
              <w:rPr>
                <w:sz w:val="24"/>
              </w:rPr>
              <w:t xml:space="preserve"> </w:t>
            </w:r>
          </w:p>
        </w:tc>
        <w:tc>
          <w:tcPr>
            <w:tcW w:w="2494" w:type="dxa"/>
          </w:tcPr>
          <w:p w14:paraId="2323148B" w14:textId="77777777" w:rsidR="00F57BFA" w:rsidRDefault="00000000">
            <w:r>
              <w:rPr>
                <w:sz w:val="24"/>
              </w:rPr>
              <w:t xml:space="preserve"> </w:t>
            </w:r>
          </w:p>
        </w:tc>
      </w:tr>
      <w:tr w:rsidR="00F57BFA" w14:paraId="28BCDC96" w14:textId="77777777">
        <w:trPr>
          <w:jc w:val="center"/>
        </w:trPr>
        <w:tc>
          <w:tcPr>
            <w:tcW w:w="2948" w:type="dxa"/>
          </w:tcPr>
          <w:p w14:paraId="5C453843" w14:textId="77777777" w:rsidR="00F57BFA" w:rsidRDefault="00000000">
            <w:r>
              <w:rPr>
                <w:b/>
                <w:sz w:val="24"/>
              </w:rPr>
              <w:t>Lượng mưa</w:t>
            </w:r>
          </w:p>
        </w:tc>
        <w:tc>
          <w:tcPr>
            <w:tcW w:w="2494" w:type="dxa"/>
          </w:tcPr>
          <w:p w14:paraId="668C3DD3" w14:textId="77777777" w:rsidR="00F57BFA" w:rsidRDefault="00000000">
            <w:r>
              <w:rPr>
                <w:sz w:val="24"/>
              </w:rPr>
              <w:t xml:space="preserve"> </w:t>
            </w:r>
          </w:p>
        </w:tc>
        <w:tc>
          <w:tcPr>
            <w:tcW w:w="2494" w:type="dxa"/>
          </w:tcPr>
          <w:p w14:paraId="2D2CBF8A" w14:textId="77777777" w:rsidR="00F57BFA" w:rsidRDefault="00000000">
            <w:r>
              <w:rPr>
                <w:sz w:val="24"/>
              </w:rPr>
              <w:t xml:space="preserve"> </w:t>
            </w:r>
          </w:p>
        </w:tc>
      </w:tr>
      <w:tr w:rsidR="00F57BFA" w14:paraId="201BAC02" w14:textId="77777777">
        <w:trPr>
          <w:jc w:val="center"/>
        </w:trPr>
        <w:tc>
          <w:tcPr>
            <w:tcW w:w="2948" w:type="dxa"/>
          </w:tcPr>
          <w:p w14:paraId="70673CF5" w14:textId="77777777" w:rsidR="00F57BFA" w:rsidRDefault="00000000">
            <w:r>
              <w:rPr>
                <w:b/>
                <w:sz w:val="24"/>
              </w:rPr>
              <w:t>Đặc điểm thời tiết nổi bật</w:t>
            </w:r>
          </w:p>
        </w:tc>
        <w:tc>
          <w:tcPr>
            <w:tcW w:w="2494" w:type="dxa"/>
          </w:tcPr>
          <w:p w14:paraId="439A745F" w14:textId="77777777" w:rsidR="00F57BFA" w:rsidRDefault="00000000">
            <w:r>
              <w:rPr>
                <w:sz w:val="24"/>
              </w:rPr>
              <w:t xml:space="preserve"> </w:t>
            </w:r>
          </w:p>
        </w:tc>
        <w:tc>
          <w:tcPr>
            <w:tcW w:w="2494" w:type="dxa"/>
          </w:tcPr>
          <w:p w14:paraId="176F339C" w14:textId="77777777" w:rsidR="00F57BFA" w:rsidRDefault="00000000">
            <w:r>
              <w:rPr>
                <w:sz w:val="24"/>
              </w:rPr>
              <w:t xml:space="preserve"> </w:t>
            </w:r>
          </w:p>
        </w:tc>
      </w:tr>
    </w:tbl>
    <w:p w14:paraId="60A29560" w14:textId="77777777" w:rsidR="00F57BFA" w:rsidRDefault="00F57BFA"/>
    <w:p w14:paraId="58497D1C" w14:textId="77777777" w:rsidR="00F57BFA" w:rsidRDefault="00000000">
      <w:pPr>
        <w:spacing w:before="200" w:after="120"/>
      </w:pPr>
      <w:r>
        <w:rPr>
          <w:b/>
          <w:color w:val="143A40"/>
          <w:sz w:val="28"/>
        </w:rPr>
        <w:lastRenderedPageBreak/>
        <w:t>III. Vận dụng</w:t>
      </w:r>
    </w:p>
    <w:p w14:paraId="165170F8" w14:textId="77777777" w:rsidR="00F57BFA" w:rsidRDefault="00000000">
      <w:pPr>
        <w:spacing w:after="80"/>
      </w:pPr>
      <w:r>
        <w:t>1. Nêu một ảnh hưởng của đặc điểm khí hậu trên đến đời sống hoặc sản xuất của người dân TP.HCM.</w:t>
      </w:r>
    </w:p>
    <w:p w14:paraId="4D678CBF" w14:textId="1CC5DC8A" w:rsidR="00F57BFA" w:rsidRDefault="00000000">
      <w:r>
        <w:rPr>
          <w:color w:val="8C8C8C"/>
        </w:rPr>
        <w:t>...............................................................................................</w:t>
      </w:r>
      <w:r w:rsidR="00714940">
        <w:rPr>
          <w:color w:val="8C8C8C"/>
        </w:rPr>
        <w:t>......................................................</w:t>
      </w:r>
    </w:p>
    <w:p w14:paraId="188F4D23" w14:textId="313D9273" w:rsidR="00F57BFA" w:rsidRDefault="00000000">
      <w:r>
        <w:rPr>
          <w:color w:val="8C8C8C"/>
        </w:rPr>
        <w:t>...............................................................................................</w:t>
      </w:r>
      <w:r w:rsidR="00714940">
        <w:rPr>
          <w:color w:val="8C8C8C"/>
        </w:rPr>
        <w:t>.......................................................</w:t>
      </w:r>
    </w:p>
    <w:p w14:paraId="4C8EF1B5" w14:textId="77777777" w:rsidR="00F57BFA" w:rsidRDefault="00000000">
      <w:pPr>
        <w:spacing w:after="80"/>
      </w:pPr>
      <w:r>
        <w:t>2. Đề xuất một biện pháp thích nghi với thời tiết mùa mưa (hoặc mùa khô) mà em hoặc gia đình em có thể áp dụng.</w:t>
      </w:r>
    </w:p>
    <w:p w14:paraId="22DB9D39" w14:textId="73F928F5" w:rsidR="00F57BFA" w:rsidRDefault="00000000">
      <w:r>
        <w:rPr>
          <w:color w:val="8C8C8C"/>
        </w:rPr>
        <w:t>...............................................................................................</w:t>
      </w:r>
      <w:r w:rsidR="00714940">
        <w:rPr>
          <w:color w:val="8C8C8C"/>
        </w:rPr>
        <w:t>......................................................</w:t>
      </w:r>
    </w:p>
    <w:p w14:paraId="5E2B5FD5" w14:textId="01FD1BEB" w:rsidR="00F57BFA" w:rsidRDefault="00000000">
      <w:r>
        <w:rPr>
          <w:color w:val="8C8C8C"/>
        </w:rPr>
        <w:t>...............................................................................................</w:t>
      </w:r>
      <w:r w:rsidR="00714940">
        <w:rPr>
          <w:color w:val="8C8C8C"/>
        </w:rPr>
        <w:t>......................................................</w:t>
      </w:r>
    </w:p>
    <w:p w14:paraId="78EC39CD" w14:textId="77777777" w:rsidR="00F57BFA" w:rsidRDefault="00000000">
      <w:r>
        <w:br w:type="page"/>
      </w:r>
    </w:p>
    <w:p w14:paraId="19726A3B" w14:textId="77777777" w:rsidR="00F57BFA" w:rsidRDefault="00000000">
      <w:pPr>
        <w:spacing w:after="40"/>
        <w:jc w:val="center"/>
      </w:pPr>
      <w:r>
        <w:rPr>
          <w:b/>
          <w:sz w:val="32"/>
        </w:rPr>
        <w:lastRenderedPageBreak/>
        <w:t>PHIẾU HỌC TẬP — GỢI Ý ĐÁP ÁN</w:t>
      </w:r>
    </w:p>
    <w:p w14:paraId="55621D8B" w14:textId="77777777" w:rsidR="00F57BFA" w:rsidRDefault="00000000">
      <w:pPr>
        <w:spacing w:after="280"/>
        <w:jc w:val="center"/>
      </w:pPr>
      <w:r>
        <w:rPr>
          <w:i/>
          <w:sz w:val="24"/>
        </w:rPr>
        <w:t>(Dành cho giáo viên)</w:t>
      </w:r>
    </w:p>
    <w:p w14:paraId="30143B9B" w14:textId="77777777" w:rsidR="00F57BFA" w:rsidRDefault="00000000">
      <w:pPr>
        <w:spacing w:before="200" w:after="120"/>
      </w:pPr>
      <w:r>
        <w:rPr>
          <w:b/>
          <w:color w:val="143A40"/>
          <w:sz w:val="28"/>
        </w:rPr>
        <w:t>I. Điền vào chỗ trống</w:t>
      </w:r>
    </w:p>
    <w:p w14:paraId="133F888C" w14:textId="77777777" w:rsidR="00F57BFA" w:rsidRDefault="00000000">
      <w:pPr>
        <w:spacing w:after="80"/>
      </w:pPr>
      <w:r>
        <w:rPr>
          <w:sz w:val="24"/>
        </w:rPr>
        <w:t>1. Vĩ độ thấp (khoảng 10°10′–10°38′ Bắc) — khí hậu nhiệt đới gió mùa cận xích đạo (nóng ẩm quanh năm).</w:t>
      </w:r>
    </w:p>
    <w:p w14:paraId="0766112B" w14:textId="77777777" w:rsidR="00F57BFA" w:rsidRDefault="00000000">
      <w:pPr>
        <w:spacing w:after="80"/>
      </w:pPr>
      <w:r>
        <w:rPr>
          <w:sz w:val="24"/>
        </w:rPr>
        <w:t>2. Khoảng 27–28°C. Nóng nhất: tháng 4. Mát nhất: khoảng tháng 12–1.</w:t>
      </w:r>
    </w:p>
    <w:p w14:paraId="71AD5BD6" w14:textId="77777777" w:rsidR="00F57BFA" w:rsidRDefault="00000000">
      <w:pPr>
        <w:spacing w:after="80"/>
      </w:pPr>
      <w:r>
        <w:rPr>
          <w:sz w:val="24"/>
        </w:rPr>
        <w:t>3. Mùa mưa (tháng 5 – 11) và mùa khô (tháng 12 – 4).</w:t>
      </w:r>
    </w:p>
    <w:p w14:paraId="22A909F2" w14:textId="77777777" w:rsidR="00F57BFA" w:rsidRDefault="00000000">
      <w:pPr>
        <w:spacing w:after="80"/>
      </w:pPr>
      <w:r>
        <w:rPr>
          <w:sz w:val="24"/>
        </w:rPr>
        <w:t>4. Khoảng 1.900mm; mùa mưa chiếm khoảng 90%; độ ẩm trung bình khoảng 78–80%.</w:t>
      </w:r>
    </w:p>
    <w:p w14:paraId="49EF3D4A" w14:textId="77777777" w:rsidR="00F57BFA" w:rsidRDefault="00000000">
      <w:pPr>
        <w:spacing w:after="80"/>
      </w:pPr>
      <w:r>
        <w:rPr>
          <w:sz w:val="24"/>
        </w:rPr>
        <w:t>5. Gió mùa Tây Nam (mùa mưa); gió mùa Đông Bắc và Tín phong (mùa khô, đã suy yếu khi tới Nam Bộ).</w:t>
      </w:r>
    </w:p>
    <w:p w14:paraId="7A0F1872" w14:textId="77777777" w:rsidR="00F57BFA" w:rsidRDefault="00000000">
      <w:pPr>
        <w:spacing w:before="200" w:after="120"/>
      </w:pPr>
      <w:r>
        <w:rPr>
          <w:b/>
          <w:color w:val="143A40"/>
          <w:sz w:val="28"/>
        </w:rPr>
        <w:t>II. Đọc và phân tích biểu đồ khí hậu</w:t>
      </w:r>
    </w:p>
    <w:p w14:paraId="3029C214" w14:textId="77777777" w:rsidR="00F57BFA" w:rsidRDefault="00000000">
      <w:pPr>
        <w:spacing w:after="80"/>
      </w:pPr>
      <w:r>
        <w:rPr>
          <w:sz w:val="24"/>
        </w:rPr>
        <w:t>1. Tháng 9 có lượng mưa cao nhất (khoảng 335mm) vì đang trong mùa mưa, chịu ảnh hưởng mạnh của gió mùa Tây Nam mang hơi ẩm từ biển vào.</w:t>
      </w:r>
    </w:p>
    <w:p w14:paraId="4D074C10" w14:textId="77777777" w:rsidR="00F57BFA" w:rsidRDefault="00000000">
      <w:pPr>
        <w:spacing w:after="80"/>
      </w:pPr>
      <w:r>
        <w:rPr>
          <w:sz w:val="24"/>
        </w:rPr>
        <w:t>2. Tháng 4 có nhiệt độ cao nhất (khoảng 29°C) — thuộc mùa khô. Tháng này nóng nhưng ít mưa vì là cuối mùa khô, trời nhiều nắng, chưa chịu ảnh hưởng gió mùa mang mưa.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8"/>
        <w:gridCol w:w="2494"/>
        <w:gridCol w:w="2494"/>
      </w:tblGrid>
      <w:tr w:rsidR="00F57BFA" w14:paraId="7F8FF00D" w14:textId="77777777">
        <w:tc>
          <w:tcPr>
            <w:tcW w:w="2948" w:type="dxa"/>
          </w:tcPr>
          <w:p w14:paraId="2BFDD0A3" w14:textId="77777777" w:rsidR="00F57BFA" w:rsidRDefault="00000000">
            <w:pPr>
              <w:jc w:val="center"/>
            </w:pPr>
            <w:r>
              <w:rPr>
                <w:b/>
                <w:sz w:val="24"/>
              </w:rPr>
              <w:t>Tiêu chí</w:t>
            </w:r>
          </w:p>
        </w:tc>
        <w:tc>
          <w:tcPr>
            <w:tcW w:w="2494" w:type="dxa"/>
          </w:tcPr>
          <w:p w14:paraId="4339DA5A" w14:textId="77777777" w:rsidR="00F57BFA" w:rsidRDefault="00000000">
            <w:pPr>
              <w:jc w:val="center"/>
            </w:pPr>
            <w:r>
              <w:rPr>
                <w:b/>
                <w:sz w:val="24"/>
              </w:rPr>
              <w:t>Tháng 6 (mùa mưa)</w:t>
            </w:r>
          </w:p>
        </w:tc>
        <w:tc>
          <w:tcPr>
            <w:tcW w:w="2494" w:type="dxa"/>
          </w:tcPr>
          <w:p w14:paraId="1D7A8012" w14:textId="77777777" w:rsidR="00F57BFA" w:rsidRDefault="00000000">
            <w:pPr>
              <w:jc w:val="center"/>
            </w:pPr>
            <w:r>
              <w:rPr>
                <w:b/>
                <w:sz w:val="24"/>
              </w:rPr>
              <w:t>Tháng 2 (mùa khô)</w:t>
            </w:r>
          </w:p>
        </w:tc>
      </w:tr>
      <w:tr w:rsidR="00F57BFA" w14:paraId="450B6F69" w14:textId="77777777">
        <w:tc>
          <w:tcPr>
            <w:tcW w:w="2948" w:type="dxa"/>
          </w:tcPr>
          <w:p w14:paraId="4FF927CB" w14:textId="77777777" w:rsidR="00F57BFA" w:rsidRDefault="00000000">
            <w:r>
              <w:rPr>
                <w:b/>
                <w:sz w:val="24"/>
              </w:rPr>
              <w:t>Nhiệt độ trung bình</w:t>
            </w:r>
          </w:p>
        </w:tc>
        <w:tc>
          <w:tcPr>
            <w:tcW w:w="2494" w:type="dxa"/>
          </w:tcPr>
          <w:p w14:paraId="2478875E" w14:textId="77777777" w:rsidR="00F57BFA" w:rsidRDefault="00000000">
            <w:r>
              <w:rPr>
                <w:sz w:val="24"/>
              </w:rPr>
              <w:t>Khoảng 27,7°C</w:t>
            </w:r>
          </w:p>
        </w:tc>
        <w:tc>
          <w:tcPr>
            <w:tcW w:w="2494" w:type="dxa"/>
          </w:tcPr>
          <w:p w14:paraId="3EEDD4D9" w14:textId="77777777" w:rsidR="00F57BFA" w:rsidRDefault="00000000">
            <w:r>
              <w:rPr>
                <w:sz w:val="24"/>
              </w:rPr>
              <w:t>Khoảng 27°C</w:t>
            </w:r>
          </w:p>
        </w:tc>
      </w:tr>
      <w:tr w:rsidR="00F57BFA" w14:paraId="45A215D9" w14:textId="77777777">
        <w:tc>
          <w:tcPr>
            <w:tcW w:w="2948" w:type="dxa"/>
          </w:tcPr>
          <w:p w14:paraId="62BDDC2B" w14:textId="77777777" w:rsidR="00F57BFA" w:rsidRDefault="00000000">
            <w:r>
              <w:rPr>
                <w:b/>
                <w:sz w:val="24"/>
              </w:rPr>
              <w:t>Lượng mưa</w:t>
            </w:r>
          </w:p>
        </w:tc>
        <w:tc>
          <w:tcPr>
            <w:tcW w:w="2494" w:type="dxa"/>
          </w:tcPr>
          <w:p w14:paraId="28B45356" w14:textId="77777777" w:rsidR="00F57BFA" w:rsidRDefault="00000000">
            <w:r>
              <w:rPr>
                <w:sz w:val="24"/>
              </w:rPr>
              <w:t>Nhiều (khoảng 330mm)</w:t>
            </w:r>
          </w:p>
        </w:tc>
        <w:tc>
          <w:tcPr>
            <w:tcW w:w="2494" w:type="dxa"/>
          </w:tcPr>
          <w:p w14:paraId="28EDCB6E" w14:textId="77777777" w:rsidR="00F57BFA" w:rsidRDefault="00000000">
            <w:r>
              <w:rPr>
                <w:sz w:val="24"/>
              </w:rPr>
              <w:t>Rất ít (khoảng 4mm)</w:t>
            </w:r>
          </w:p>
        </w:tc>
      </w:tr>
      <w:tr w:rsidR="00F57BFA" w14:paraId="44F46C19" w14:textId="77777777">
        <w:tc>
          <w:tcPr>
            <w:tcW w:w="2948" w:type="dxa"/>
          </w:tcPr>
          <w:p w14:paraId="762D0C55" w14:textId="77777777" w:rsidR="00F57BFA" w:rsidRDefault="00000000">
            <w:r>
              <w:rPr>
                <w:b/>
                <w:sz w:val="24"/>
              </w:rPr>
              <w:t>Đặc điểm thời tiết nổi bật</w:t>
            </w:r>
          </w:p>
        </w:tc>
        <w:tc>
          <w:tcPr>
            <w:tcW w:w="2494" w:type="dxa"/>
          </w:tcPr>
          <w:p w14:paraId="393F054D" w14:textId="77777777" w:rsidR="00F57BFA" w:rsidRDefault="00000000">
            <w:r>
              <w:rPr>
                <w:sz w:val="24"/>
              </w:rPr>
              <w:t>Mưa rào, dông về chiều; độ ẩm cao</w:t>
            </w:r>
          </w:p>
        </w:tc>
        <w:tc>
          <w:tcPr>
            <w:tcW w:w="2494" w:type="dxa"/>
          </w:tcPr>
          <w:p w14:paraId="41BB2E85" w14:textId="77777777" w:rsidR="00F57BFA" w:rsidRDefault="00000000">
            <w:r>
              <w:rPr>
                <w:sz w:val="24"/>
              </w:rPr>
              <w:t>Khô ráo, nhiều nắng, ít mưa</w:t>
            </w:r>
          </w:p>
        </w:tc>
      </w:tr>
    </w:tbl>
    <w:p w14:paraId="6FE3D55E" w14:textId="77777777" w:rsidR="00F57BFA" w:rsidRDefault="00F57BFA"/>
    <w:p w14:paraId="127D72A2" w14:textId="77777777" w:rsidR="00F57BFA" w:rsidRDefault="00000000">
      <w:pPr>
        <w:spacing w:before="200" w:after="120"/>
      </w:pPr>
      <w:r>
        <w:rPr>
          <w:b/>
          <w:color w:val="143A40"/>
          <w:sz w:val="28"/>
        </w:rPr>
        <w:t>III. Vận dụng</w:t>
      </w:r>
    </w:p>
    <w:p w14:paraId="71A37183" w14:textId="77777777" w:rsidR="00F57BFA" w:rsidRDefault="00000000">
      <w:pPr>
        <w:spacing w:after="80"/>
      </w:pPr>
      <w:r>
        <w:rPr>
          <w:i/>
          <w:sz w:val="24"/>
        </w:rPr>
        <w:t>Câu hỏi mở — GV chấm theo mức độ hợp lý, gắn với thực tế đời sống của học sinh. Gợi ý:</w:t>
      </w:r>
    </w:p>
    <w:p w14:paraId="2646A56E" w14:textId="77777777" w:rsidR="00F57BFA" w:rsidRDefault="00000000">
      <w:pPr>
        <w:spacing w:after="80"/>
      </w:pPr>
      <w:r>
        <w:rPr>
          <w:sz w:val="24"/>
        </w:rPr>
        <w:t>1. Ví dụ: mưa lớn mùa mưa gây ngập một số tuyến đường, ảnh hưởng đi lại và buôn bán; nắng nóng mùa khô ảnh hưởng sức khoẻ, tăng nhu cầu dùng nước, điện.</w:t>
      </w:r>
    </w:p>
    <w:p w14:paraId="7F4523BB" w14:textId="77777777" w:rsidR="00F57BFA" w:rsidRDefault="00000000">
      <w:pPr>
        <w:spacing w:after="80"/>
      </w:pPr>
      <w:r>
        <w:rPr>
          <w:sz w:val="24"/>
        </w:rPr>
        <w:t>2. Ví dụ: mùa mưa — mang áo mưa/ủng, theo dõi dự báo thời tiết, tránh khu vực trũng thấp; mùa khô — che nắng, uống đủ nước, hạn chế ra ngoài giờ nắng gắt.</w:t>
      </w:r>
    </w:p>
    <w:sectPr w:rsidR="00F57BFA" w:rsidSect="00034616">
      <w:pgSz w:w="12240" w:h="15840"/>
      <w:pgMar w:top="1020" w:right="113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89976728">
    <w:abstractNumId w:val="8"/>
  </w:num>
  <w:num w:numId="2" w16cid:durableId="1793206883">
    <w:abstractNumId w:val="6"/>
  </w:num>
  <w:num w:numId="3" w16cid:durableId="1063210739">
    <w:abstractNumId w:val="5"/>
  </w:num>
  <w:num w:numId="4" w16cid:durableId="1057166973">
    <w:abstractNumId w:val="4"/>
  </w:num>
  <w:num w:numId="5" w16cid:durableId="2029678788">
    <w:abstractNumId w:val="7"/>
  </w:num>
  <w:num w:numId="6" w16cid:durableId="2127504972">
    <w:abstractNumId w:val="3"/>
  </w:num>
  <w:num w:numId="7" w16cid:durableId="1477335702">
    <w:abstractNumId w:val="2"/>
  </w:num>
  <w:num w:numId="8" w16cid:durableId="638190052">
    <w:abstractNumId w:val="1"/>
  </w:num>
  <w:num w:numId="9" w16cid:durableId="888303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36D6"/>
    <w:rsid w:val="00034616"/>
    <w:rsid w:val="0006063C"/>
    <w:rsid w:val="0015074B"/>
    <w:rsid w:val="00153213"/>
    <w:rsid w:val="00234446"/>
    <w:rsid w:val="0029639D"/>
    <w:rsid w:val="00326F90"/>
    <w:rsid w:val="00350460"/>
    <w:rsid w:val="004A605C"/>
    <w:rsid w:val="004D729D"/>
    <w:rsid w:val="00714940"/>
    <w:rsid w:val="00836E69"/>
    <w:rsid w:val="008847C7"/>
    <w:rsid w:val="00AA1D8D"/>
    <w:rsid w:val="00B47730"/>
    <w:rsid w:val="00C01D01"/>
    <w:rsid w:val="00CB0664"/>
    <w:rsid w:val="00F57BF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51E673"/>
  <w14:defaultImageDpi w14:val="300"/>
  <w15:docId w15:val="{FFEF75FD-51F8-43A5-8033-86270457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Tang Ngoc Phung</cp:lastModifiedBy>
  <cp:revision>13</cp:revision>
  <dcterms:created xsi:type="dcterms:W3CDTF">2013-12-23T23:15:00Z</dcterms:created>
  <dcterms:modified xsi:type="dcterms:W3CDTF">2026-09-07T20:59:00Z</dcterms:modified>
  <cp:category/>
</cp:coreProperties>
</file>